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7E11BB" w14:textId="77777777" w:rsidR="001822D6" w:rsidRDefault="00000000">
      <w:pPr>
        <w:spacing w:after="20"/>
        <w:jc w:val="center"/>
      </w:pPr>
      <w:r>
        <w:rPr>
          <w:noProof/>
        </w:rPr>
        <w:drawing>
          <wp:inline distT="0" distB="0" distL="0" distR="0" wp14:anchorId="7D5394A7" wp14:editId="0A7AD6B6">
            <wp:extent cx="3383280" cy="101599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ps-logo-horizontal-full-colour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383280" cy="1015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7B3575" w14:textId="77777777" w:rsidR="001822D6" w:rsidRDefault="00000000">
      <w:pPr>
        <w:spacing w:after="100"/>
        <w:jc w:val="center"/>
      </w:pPr>
      <w:r>
        <w:rPr>
          <w:rFonts w:ascii="Arial Nova" w:hAnsi="Arial Nova"/>
          <w:b/>
          <w:sz w:val="30"/>
        </w:rPr>
        <w:t>PROCESS SERVING INSTRUCTION SHEET</w:t>
      </w:r>
    </w:p>
    <w:tbl>
      <w:tblPr>
        <w:tblW w:w="0" w:type="auto"/>
        <w:jc w:val="center"/>
        <w:tblBorders>
          <w:top w:val="single" w:sz="5" w:space="0" w:color="BFBFBF"/>
          <w:left w:val="single" w:sz="5" w:space="0" w:color="BFBFBF"/>
          <w:bottom w:val="single" w:sz="5" w:space="0" w:color="BFBFBF"/>
          <w:right w:val="single" w:sz="5" w:space="0" w:color="BFBFBF"/>
          <w:insideH w:val="single" w:sz="5" w:space="0" w:color="BFBFBF"/>
          <w:insideV w:val="single" w:sz="5" w:space="0" w:color="BFBFBF"/>
        </w:tblBorders>
        <w:tblLayout w:type="fixed"/>
        <w:tblLook w:val="04A0" w:firstRow="1" w:lastRow="0" w:firstColumn="1" w:lastColumn="0" w:noHBand="0" w:noVBand="1"/>
      </w:tblPr>
      <w:tblGrid>
        <w:gridCol w:w="10656"/>
      </w:tblGrid>
      <w:tr w:rsidR="001822D6" w14:paraId="74FA1CB4" w14:textId="77777777">
        <w:trPr>
          <w:jc w:val="center"/>
        </w:trPr>
        <w:tc>
          <w:tcPr>
            <w:tcW w:w="10656" w:type="dxa"/>
            <w:shd w:val="clear" w:color="auto" w:fill="F7F7F7"/>
            <w:tcMar>
              <w:top w:w="90" w:type="dxa"/>
              <w:left w:w="120" w:type="dxa"/>
              <w:bottom w:w="90" w:type="dxa"/>
              <w:right w:w="120" w:type="dxa"/>
            </w:tcMar>
          </w:tcPr>
          <w:p w14:paraId="7EBEB386" w14:textId="77777777" w:rsidR="001822D6" w:rsidRDefault="00000000">
            <w:pPr>
              <w:spacing w:after="0"/>
              <w:jc w:val="center"/>
            </w:pPr>
            <w:r>
              <w:rPr>
                <w:b/>
              </w:rPr>
              <w:t>Thank you for choosing Prairie Process Serving Ltd.</w:t>
            </w:r>
            <w:r>
              <w:rPr>
                <w:b/>
              </w:rPr>
              <w:br/>
            </w:r>
            <w:r>
              <w:t xml:space="preserve">Please complete this form and return it with the documents to be served to </w:t>
            </w:r>
            <w:r>
              <w:rPr>
                <w:b/>
              </w:rPr>
              <w:t>service@prairieprocessserving.com</w:t>
            </w:r>
          </w:p>
        </w:tc>
      </w:tr>
    </w:tbl>
    <w:p w14:paraId="3A2C1D80" w14:textId="77777777" w:rsidR="001822D6" w:rsidRDefault="00000000">
      <w:pPr>
        <w:spacing w:before="120" w:after="60"/>
      </w:pPr>
      <w:r>
        <w:rPr>
          <w:rFonts w:ascii="Arial Nova" w:hAnsi="Arial Nova"/>
          <w:b/>
          <w:sz w:val="21"/>
        </w:rPr>
        <w:t>PERSON TO BE SERVED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7128"/>
      </w:tblGrid>
      <w:tr w:rsidR="001822D6" w14:paraId="1CC54B90" w14:textId="77777777">
        <w:trPr>
          <w:trHeight w:val="490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97497EF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FULL NAME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8F57CE6" w14:textId="77777777" w:rsidR="001822D6" w:rsidRDefault="001822D6">
            <w:pPr>
              <w:spacing w:after="0"/>
            </w:pPr>
          </w:p>
        </w:tc>
      </w:tr>
      <w:tr w:rsidR="001822D6" w14:paraId="3C4B6651" w14:textId="77777777">
        <w:trPr>
          <w:trHeight w:val="619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7F09C24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LAST KNOWN ADDRESS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A30032" w14:textId="77777777" w:rsidR="001822D6" w:rsidRDefault="001822D6">
            <w:pPr>
              <w:spacing w:after="0"/>
            </w:pPr>
          </w:p>
        </w:tc>
      </w:tr>
      <w:tr w:rsidR="001822D6" w14:paraId="6B299259" w14:textId="77777777">
        <w:trPr>
          <w:trHeight w:val="490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3A0F756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PHONE NUMBER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13D63C7" w14:textId="77777777" w:rsidR="001822D6" w:rsidRDefault="001822D6">
            <w:pPr>
              <w:spacing w:after="0"/>
            </w:pPr>
          </w:p>
        </w:tc>
      </w:tr>
      <w:tr w:rsidR="001822D6" w14:paraId="1FB58D97" w14:textId="77777777">
        <w:trPr>
          <w:trHeight w:val="576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34E03DFE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PLACE OF EMPLOYMENT / HOURS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9B71537" w14:textId="77777777" w:rsidR="001822D6" w:rsidRDefault="001822D6">
            <w:pPr>
              <w:spacing w:after="0"/>
            </w:pPr>
          </w:p>
        </w:tc>
      </w:tr>
      <w:tr w:rsidR="001822D6" w14:paraId="2B3322B5" w14:textId="77777777">
        <w:trPr>
          <w:trHeight w:val="518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3058C96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MAY WE CONTACT OR SERVE AT EMPLOYMENT?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6EF08D8" w14:textId="77777777" w:rsidR="001822D6" w:rsidRDefault="00000000">
            <w:pPr>
              <w:spacing w:after="0"/>
            </w:pPr>
            <w:r>
              <w:rPr>
                <w:sz w:val="17"/>
              </w:rPr>
              <w:t>☐  Yes      ☐  No      ☐  Please contact me first</w:t>
            </w:r>
          </w:p>
        </w:tc>
      </w:tr>
      <w:tr w:rsidR="001822D6" w14:paraId="5E119BA1" w14:textId="77777777">
        <w:trPr>
          <w:trHeight w:val="893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3C7443B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FURTHER INFORMATION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6E917A66" w14:textId="77777777" w:rsidR="001822D6" w:rsidRDefault="00000000">
            <w:pPr>
              <w:spacing w:after="0"/>
            </w:pPr>
            <w:r>
              <w:rPr>
                <w:sz w:val="17"/>
              </w:rPr>
              <w:t>Vehicle, likely times at home, alternate locations, identifying details, access information, etc.</w:t>
            </w:r>
          </w:p>
        </w:tc>
      </w:tr>
    </w:tbl>
    <w:p w14:paraId="648C6400" w14:textId="77777777" w:rsidR="001822D6" w:rsidRDefault="00000000">
      <w:pPr>
        <w:spacing w:before="120" w:after="60"/>
      </w:pPr>
      <w:r>
        <w:rPr>
          <w:rFonts w:ascii="Arial Nova" w:hAnsi="Arial Nova"/>
          <w:b/>
          <w:sz w:val="21"/>
        </w:rPr>
        <w:t>SERVICE TIMING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7128"/>
      </w:tblGrid>
      <w:tr w:rsidR="001822D6" w14:paraId="5C8FD280" w14:textId="77777777">
        <w:trPr>
          <w:trHeight w:val="518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78E53F25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DEADLINE FOR SERVICE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DB464E8" w14:textId="77777777" w:rsidR="001822D6" w:rsidRDefault="001822D6">
            <w:pPr>
              <w:spacing w:after="0"/>
            </w:pPr>
          </w:p>
        </w:tc>
      </w:tr>
      <w:tr w:rsidR="001822D6" w14:paraId="2DE5F8A4" w14:textId="77777777">
        <w:trPr>
          <w:trHeight w:val="518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148B5783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RUSH SERVICE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0A8FC5B" w14:textId="77777777" w:rsidR="001822D6" w:rsidRDefault="00000000">
            <w:pPr>
              <w:spacing w:after="0"/>
            </w:pPr>
            <w:r>
              <w:rPr>
                <w:sz w:val="17"/>
              </w:rPr>
              <w:t>☐  Yes      ☐  No       Required by: ______________________________</w:t>
            </w:r>
          </w:p>
        </w:tc>
      </w:tr>
    </w:tbl>
    <w:p w14:paraId="6A806D4A" w14:textId="77777777" w:rsidR="001822D6" w:rsidRDefault="00000000">
      <w:pPr>
        <w:spacing w:before="120" w:after="60"/>
      </w:pPr>
      <w:r>
        <w:rPr>
          <w:rFonts w:ascii="Arial Nova" w:hAnsi="Arial Nova"/>
          <w:b/>
          <w:sz w:val="21"/>
        </w:rPr>
        <w:t>CLIENT / FILE INFORMATION</w:t>
      </w:r>
    </w:p>
    <w:tbl>
      <w:tblPr>
        <w:tblW w:w="0" w:type="auto"/>
        <w:jc w:val="center"/>
        <w:tblBorders>
          <w:top w:val="single" w:sz="6" w:space="0" w:color="A6A6A6"/>
          <w:left w:val="single" w:sz="6" w:space="0" w:color="A6A6A6"/>
          <w:bottom w:val="single" w:sz="6" w:space="0" w:color="A6A6A6"/>
          <w:right w:val="single" w:sz="6" w:space="0" w:color="A6A6A6"/>
          <w:insideH w:val="single" w:sz="6" w:space="0" w:color="A6A6A6"/>
          <w:insideV w:val="single" w:sz="6" w:space="0" w:color="A6A6A6"/>
        </w:tblBorders>
        <w:tblLayout w:type="fixed"/>
        <w:tblLook w:val="04A0" w:firstRow="1" w:lastRow="0" w:firstColumn="1" w:lastColumn="0" w:noHBand="0" w:noVBand="1"/>
      </w:tblPr>
      <w:tblGrid>
        <w:gridCol w:w="3240"/>
        <w:gridCol w:w="7128"/>
      </w:tblGrid>
      <w:tr w:rsidR="001822D6" w14:paraId="281F8D67" w14:textId="77777777">
        <w:trPr>
          <w:trHeight w:val="490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BED952F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CLIENT / FIRM NAME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44811C18" w14:textId="77777777" w:rsidR="001822D6" w:rsidRDefault="001822D6">
            <w:pPr>
              <w:spacing w:after="0"/>
            </w:pPr>
          </w:p>
        </w:tc>
      </w:tr>
      <w:tr w:rsidR="001822D6" w14:paraId="43444DF6" w14:textId="77777777">
        <w:trPr>
          <w:trHeight w:val="490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5D80633C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FILE / REFERENCE NUMBER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16BE531" w14:textId="77777777" w:rsidR="001822D6" w:rsidRDefault="001822D6">
            <w:pPr>
              <w:spacing w:after="0"/>
            </w:pPr>
          </w:p>
        </w:tc>
      </w:tr>
      <w:tr w:rsidR="001822D6" w14:paraId="0278D0D8" w14:textId="77777777">
        <w:trPr>
          <w:trHeight w:val="490"/>
          <w:jc w:val="center"/>
        </w:trPr>
        <w:tc>
          <w:tcPr>
            <w:tcW w:w="3240" w:type="dxa"/>
            <w:shd w:val="clear" w:color="auto" w:fill="F2F2F2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2E6FA2F2" w14:textId="77777777" w:rsidR="001822D6" w:rsidRDefault="00000000">
            <w:pPr>
              <w:spacing w:after="0"/>
            </w:pPr>
            <w:r>
              <w:rPr>
                <w:rFonts w:ascii="Arial Nova" w:hAnsi="Arial Nova"/>
                <w:b/>
                <w:sz w:val="17"/>
              </w:rPr>
              <w:t>CONTACT NAME / PHONE</w:t>
            </w:r>
          </w:p>
        </w:tc>
        <w:tc>
          <w:tcPr>
            <w:tcW w:w="7128" w:type="dxa"/>
            <w:tcMar>
              <w:top w:w="70" w:type="dxa"/>
              <w:left w:w="90" w:type="dxa"/>
              <w:bottom w:w="70" w:type="dxa"/>
              <w:right w:w="90" w:type="dxa"/>
            </w:tcMar>
            <w:vAlign w:val="center"/>
          </w:tcPr>
          <w:p w14:paraId="0BCAE9D2" w14:textId="77777777" w:rsidR="001822D6" w:rsidRDefault="001822D6">
            <w:pPr>
              <w:spacing w:after="0"/>
            </w:pPr>
          </w:p>
        </w:tc>
      </w:tr>
    </w:tbl>
    <w:p w14:paraId="6FF0A0BE" w14:textId="77777777" w:rsidR="001822D6" w:rsidRDefault="00000000">
      <w:pPr>
        <w:spacing w:before="120" w:after="0"/>
        <w:jc w:val="center"/>
      </w:pPr>
      <w:r>
        <w:rPr>
          <w:sz w:val="15"/>
        </w:rPr>
        <w:t>Prairie Process Serving Ltd.  |  306-371-8289  |  service@prairieprocessserving.com  |  www.prairieprocessserving.com</w:t>
      </w:r>
    </w:p>
    <w:sectPr w:rsidR="001822D6" w:rsidSect="00034616"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rial Nova">
    <w:charset w:val="00"/>
    <w:family w:val="swiss"/>
    <w:pitch w:val="variable"/>
    <w:sig w:usb0="0000028F" w:usb1="00000002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52275448">
    <w:abstractNumId w:val="8"/>
  </w:num>
  <w:num w:numId="2" w16cid:durableId="1564413640">
    <w:abstractNumId w:val="6"/>
  </w:num>
  <w:num w:numId="3" w16cid:durableId="1317340728">
    <w:abstractNumId w:val="5"/>
  </w:num>
  <w:num w:numId="4" w16cid:durableId="170800240">
    <w:abstractNumId w:val="4"/>
  </w:num>
  <w:num w:numId="5" w16cid:durableId="607658347">
    <w:abstractNumId w:val="7"/>
  </w:num>
  <w:num w:numId="6" w16cid:durableId="446969429">
    <w:abstractNumId w:val="3"/>
  </w:num>
  <w:num w:numId="7" w16cid:durableId="761995909">
    <w:abstractNumId w:val="2"/>
  </w:num>
  <w:num w:numId="8" w16cid:durableId="1279950401">
    <w:abstractNumId w:val="1"/>
  </w:num>
  <w:num w:numId="9" w16cid:durableId="8076742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822D6"/>
    <w:rsid w:val="001D5E2F"/>
    <w:rsid w:val="0029639D"/>
    <w:rsid w:val="00326F90"/>
    <w:rsid w:val="00A25F45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24E455"/>
  <w14:defaultImageDpi w14:val="300"/>
  <w15:docId w15:val="{11A639C0-C6C2-4C8A-956E-1057845C1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Segoe UI" w:hAnsi="Segoe UI"/>
      <w:color w:val="000000"/>
      <w:sz w:val="18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125</Words>
  <Characters>714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Prairie Process Serving</cp:lastModifiedBy>
  <cp:revision>2</cp:revision>
  <dcterms:created xsi:type="dcterms:W3CDTF">2026-08-19T14:39:00Z</dcterms:created>
  <dcterms:modified xsi:type="dcterms:W3CDTF">2026-08-19T14:39:00Z</dcterms:modified>
  <cp:category/>
</cp:coreProperties>
</file>